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D26980" w14:textId="4671B98C" w:rsidR="00547C55" w:rsidRPr="00D6661A" w:rsidRDefault="00547C55" w:rsidP="00547C55">
      <w:pPr>
        <w:pBdr>
          <w:bottom w:val="single" w:sz="6" w:space="1" w:color="A0A0A0"/>
        </w:pBdr>
        <w:tabs>
          <w:tab w:val="center" w:pos="4680"/>
        </w:tabs>
      </w:pPr>
      <w:r w:rsidRPr="00D6661A">
        <w:rPr>
          <w:noProof/>
        </w:rPr>
        <w:drawing>
          <wp:anchor distT="0" distB="0" distL="114300" distR="114300" simplePos="0" relativeHeight="251658240" behindDoc="0" locked="0" layoutInCell="1" allowOverlap="1" wp14:anchorId="5AD18A8A" wp14:editId="505776B4">
            <wp:simplePos x="0" y="0"/>
            <wp:positionH relativeFrom="column">
              <wp:posOffset>320040</wp:posOffset>
            </wp:positionH>
            <wp:positionV relativeFrom="page">
              <wp:posOffset>0</wp:posOffset>
            </wp:positionV>
            <wp:extent cx="5295900" cy="1592580"/>
            <wp:effectExtent l="0" t="0" r="0" b="7620"/>
            <wp:wrapSquare wrapText="bothSides"/>
            <wp:docPr id="744007447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084" b="21212"/>
                    <a:stretch/>
                  </pic:blipFill>
                  <pic:spPr bwMode="auto">
                    <a:xfrm>
                      <a:off x="0" y="0"/>
                      <a:ext cx="5295900" cy="1592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A6B9DB6" w14:textId="0F2FB217" w:rsidR="00022CF6" w:rsidRPr="00D6661A" w:rsidRDefault="00000000">
      <w:pPr>
        <w:jc w:val="center"/>
      </w:pPr>
      <w:r w:rsidRPr="00D6661A">
        <w:rPr>
          <w:b/>
          <w:sz w:val="28"/>
        </w:rPr>
        <w:t>FICHA PERSONAL DEL POSTULANTE</w:t>
      </w:r>
    </w:p>
    <w:p w14:paraId="2D8E1B19" w14:textId="77777777" w:rsidR="00022CF6" w:rsidRPr="00D6661A" w:rsidRDefault="00000000">
      <w:r w:rsidRPr="00D6661A">
        <w:t>Fecha: ________________________</w:t>
      </w:r>
    </w:p>
    <w:p w14:paraId="35981077" w14:textId="0546528D" w:rsidR="00022CF6" w:rsidRPr="00D6661A" w:rsidRDefault="00000000" w:rsidP="00547C55">
      <w:pPr>
        <w:pBdr>
          <w:left w:val="single" w:sz="24" w:space="4" w:color="1A5276"/>
        </w:pBdr>
        <w:shd w:val="clear" w:color="auto" w:fill="F4F6F7"/>
      </w:pPr>
      <w:r w:rsidRPr="00D6661A">
        <w:rPr>
          <w:i/>
          <w:sz w:val="20"/>
        </w:rPr>
        <w:t xml:space="preserve">  USTED DEBE MENCIONAR EL PROGRAMA </w:t>
      </w:r>
      <w:r w:rsidR="00547C55" w:rsidRPr="00D6661A">
        <w:rPr>
          <w:i/>
          <w:sz w:val="20"/>
        </w:rPr>
        <w:t>DE LA CARRERA</w:t>
      </w:r>
      <w:r w:rsidRPr="00D6661A">
        <w:rPr>
          <w:i/>
          <w:sz w:val="20"/>
        </w:rPr>
        <w:t xml:space="preserve"> AL CUAL POSTULA:</w:t>
      </w:r>
      <w:r w:rsidRPr="00D6661A">
        <w:rPr>
          <w:i/>
          <w:sz w:val="20"/>
        </w:rPr>
        <w:br/>
        <w:t xml:space="preserve">  (Programa Naturopatía, programa Medicina Naturopática o programa Medicina Naturopática Avanzada)</w:t>
      </w:r>
      <w:r w:rsidRPr="00D6661A">
        <w:rPr>
          <w:i/>
          <w:sz w:val="20"/>
        </w:rPr>
        <w:br/>
        <w:t xml:space="preserve">  Si tiene dudas de los programas </w:t>
      </w:r>
      <w:proofErr w:type="spellStart"/>
      <w:r w:rsidRPr="00D6661A">
        <w:rPr>
          <w:i/>
          <w:sz w:val="20"/>
        </w:rPr>
        <w:t>puede</w:t>
      </w:r>
      <w:proofErr w:type="spellEnd"/>
      <w:r w:rsidRPr="00D6661A">
        <w:rPr>
          <w:i/>
          <w:sz w:val="20"/>
        </w:rPr>
        <w:t xml:space="preserve"> </w:t>
      </w:r>
      <w:proofErr w:type="spellStart"/>
      <w:r w:rsidRPr="00D6661A">
        <w:rPr>
          <w:i/>
          <w:sz w:val="20"/>
        </w:rPr>
        <w:t>revisar</w:t>
      </w:r>
      <w:proofErr w:type="spellEnd"/>
      <w:r w:rsidRPr="00D6661A">
        <w:rPr>
          <w:i/>
          <w:sz w:val="20"/>
        </w:rPr>
        <w:t xml:space="preserve"> </w:t>
      </w:r>
      <w:proofErr w:type="spellStart"/>
      <w:r w:rsidRPr="00D6661A">
        <w:rPr>
          <w:i/>
          <w:sz w:val="20"/>
        </w:rPr>
        <w:t>nuestra</w:t>
      </w:r>
      <w:proofErr w:type="spellEnd"/>
      <w:r w:rsidRPr="00D6661A">
        <w:rPr>
          <w:i/>
          <w:sz w:val="20"/>
        </w:rPr>
        <w:t xml:space="preserve"> </w:t>
      </w:r>
      <w:proofErr w:type="spellStart"/>
      <w:r w:rsidRPr="00D6661A">
        <w:rPr>
          <w:i/>
          <w:sz w:val="20"/>
        </w:rPr>
        <w:t>página</w:t>
      </w:r>
      <w:proofErr w:type="spellEnd"/>
      <w:r w:rsidRPr="00D6661A">
        <w:rPr>
          <w:i/>
          <w:sz w:val="20"/>
        </w:rPr>
        <w:t xml:space="preserve"> web o </w:t>
      </w:r>
      <w:proofErr w:type="spellStart"/>
      <w:r w:rsidRPr="00D6661A">
        <w:rPr>
          <w:i/>
          <w:sz w:val="20"/>
        </w:rPr>
        <w:t>contáctarnos</w:t>
      </w:r>
      <w:proofErr w:type="spellEnd"/>
      <w:r w:rsidRPr="00D6661A">
        <w:rPr>
          <w:i/>
          <w:sz w:val="20"/>
        </w:rPr>
        <w:t xml:space="preserve"> </w:t>
      </w:r>
      <w:proofErr w:type="spellStart"/>
      <w:r w:rsidRPr="00D6661A">
        <w:rPr>
          <w:i/>
          <w:sz w:val="20"/>
        </w:rPr>
        <w:t>por</w:t>
      </w:r>
      <w:proofErr w:type="spellEnd"/>
      <w:r w:rsidRPr="00D6661A">
        <w:rPr>
          <w:i/>
          <w:sz w:val="20"/>
        </w:rPr>
        <w:t xml:space="preserve"> WhatsApp.</w:t>
      </w:r>
    </w:p>
    <w:p w14:paraId="1418246E" w14:textId="77777777" w:rsidR="00547C55" w:rsidRPr="00D6661A" w:rsidRDefault="00547C55" w:rsidP="00547C55">
      <w:pPr>
        <w:pStyle w:val="Listaconvietas"/>
        <w:numPr>
          <w:ilvl w:val="0"/>
          <w:numId w:val="0"/>
        </w:numPr>
        <w:ind w:left="360"/>
      </w:pPr>
    </w:p>
    <w:p w14:paraId="25BC7AE0" w14:textId="0323EBC2" w:rsidR="00022CF6" w:rsidRPr="00D6661A" w:rsidRDefault="00000000" w:rsidP="00D6661A">
      <w:pPr>
        <w:pStyle w:val="Listaconvietas"/>
        <w:spacing w:line="360" w:lineRule="auto"/>
      </w:pPr>
      <w:r w:rsidRPr="00D6661A">
        <w:t xml:space="preserve">Nombre </w:t>
      </w:r>
      <w:proofErr w:type="spellStart"/>
      <w:r w:rsidRPr="00D6661A">
        <w:t>completo</w:t>
      </w:r>
      <w:proofErr w:type="spellEnd"/>
      <w:r w:rsidRPr="00D6661A">
        <w:t>: ______________________________________________________</w:t>
      </w:r>
    </w:p>
    <w:p w14:paraId="4AC2AE74" w14:textId="77777777" w:rsidR="00022CF6" w:rsidRPr="00D6661A" w:rsidRDefault="00000000" w:rsidP="00D6661A">
      <w:pPr>
        <w:pStyle w:val="Listaconvietas"/>
        <w:spacing w:line="360" w:lineRule="auto"/>
      </w:pPr>
      <w:r w:rsidRPr="00D6661A">
        <w:t>RUT o número de pasaporte: ____________________________________________</w:t>
      </w:r>
    </w:p>
    <w:p w14:paraId="29AB7222" w14:textId="77777777" w:rsidR="00022CF6" w:rsidRPr="00D6661A" w:rsidRDefault="00000000" w:rsidP="00D6661A">
      <w:pPr>
        <w:pStyle w:val="Listaconvietas"/>
        <w:spacing w:line="360" w:lineRule="auto"/>
      </w:pPr>
      <w:r w:rsidRPr="00D6661A">
        <w:t>Edad y nacionalidad: __________________________________________________</w:t>
      </w:r>
    </w:p>
    <w:p w14:paraId="31463B99" w14:textId="77777777" w:rsidR="00022CF6" w:rsidRPr="00D6661A" w:rsidRDefault="00000000" w:rsidP="00D6661A">
      <w:pPr>
        <w:pStyle w:val="Listaconvietas"/>
        <w:spacing w:line="360" w:lineRule="auto"/>
      </w:pPr>
      <w:r w:rsidRPr="00D6661A">
        <w:t>Domicilio, comuna, ciudad, país: __________________________________________</w:t>
      </w:r>
    </w:p>
    <w:p w14:paraId="6E692DBA" w14:textId="77777777" w:rsidR="00022CF6" w:rsidRPr="00D6661A" w:rsidRDefault="00000000" w:rsidP="00D6661A">
      <w:pPr>
        <w:pStyle w:val="Listaconvietas"/>
        <w:spacing w:line="360" w:lineRule="auto"/>
      </w:pPr>
      <w:r w:rsidRPr="00D6661A">
        <w:t>Correo electrónico: ____________________________________________________</w:t>
      </w:r>
    </w:p>
    <w:p w14:paraId="540C2DE8" w14:textId="77777777" w:rsidR="00022CF6" w:rsidRPr="00D6661A" w:rsidRDefault="00000000" w:rsidP="00D6661A">
      <w:pPr>
        <w:pStyle w:val="Listaconvietas"/>
        <w:spacing w:line="360" w:lineRule="auto"/>
      </w:pPr>
      <w:r w:rsidRPr="00D6661A">
        <w:t>Fono personal con código país: ___________________________________________</w:t>
      </w:r>
    </w:p>
    <w:p w14:paraId="724A0880" w14:textId="77777777" w:rsidR="00022CF6" w:rsidRPr="00D6661A" w:rsidRDefault="00000000" w:rsidP="00D6661A">
      <w:pPr>
        <w:pStyle w:val="Listaconvietas"/>
        <w:spacing w:line="360" w:lineRule="auto"/>
      </w:pPr>
      <w:r w:rsidRPr="00D6661A">
        <w:t>Idiomas y nivel dominado: _______________________________________________</w:t>
      </w:r>
    </w:p>
    <w:p w14:paraId="1D3513EF" w14:textId="77777777" w:rsidR="00022CF6" w:rsidRPr="00D6661A" w:rsidRDefault="00000000" w:rsidP="00D6661A">
      <w:pPr>
        <w:pStyle w:val="Listaconvietas"/>
        <w:spacing w:line="360" w:lineRule="auto"/>
      </w:pPr>
      <w:r w:rsidRPr="00D6661A">
        <w:t>Fono emergencias: ______________________________________________________</w:t>
      </w:r>
    </w:p>
    <w:p w14:paraId="184A6E00" w14:textId="77777777" w:rsidR="00022CF6" w:rsidRPr="00D6661A" w:rsidRDefault="00000000" w:rsidP="00D6661A">
      <w:pPr>
        <w:pStyle w:val="Listaconvietas"/>
        <w:spacing w:line="360" w:lineRule="auto"/>
      </w:pPr>
      <w:r w:rsidRPr="00D6661A">
        <w:t>Estudios (completados e incompletos): ____________________________________</w:t>
      </w:r>
    </w:p>
    <w:p w14:paraId="7A6AB5FC" w14:textId="77777777" w:rsidR="00022CF6" w:rsidRPr="00D6661A" w:rsidRDefault="00000000" w:rsidP="00D6661A">
      <w:pPr>
        <w:pStyle w:val="Listaconvietas"/>
        <w:spacing w:line="360" w:lineRule="auto"/>
      </w:pPr>
      <w:r w:rsidRPr="00D6661A">
        <w:t>Nota promedio de egreso de educación superior (Sólo si ha estudiado carrera previa): _________</w:t>
      </w:r>
    </w:p>
    <w:p w14:paraId="6AD48964" w14:textId="77777777" w:rsidR="00022CF6" w:rsidRPr="00D6661A" w:rsidRDefault="00000000" w:rsidP="00D6661A">
      <w:pPr>
        <w:pStyle w:val="Listaconvietas"/>
        <w:spacing w:line="360" w:lineRule="auto"/>
      </w:pPr>
      <w:r w:rsidRPr="00D6661A">
        <w:t>Título (s) y grado (s) (Sólo si posee algún título): __________________________</w:t>
      </w:r>
    </w:p>
    <w:p w14:paraId="76A7C37A" w14:textId="77777777" w:rsidR="00022CF6" w:rsidRPr="00D6661A" w:rsidRDefault="00000000" w:rsidP="00D6661A">
      <w:pPr>
        <w:pStyle w:val="Listaconvietas"/>
        <w:spacing w:line="360" w:lineRule="auto"/>
      </w:pPr>
      <w:r w:rsidRPr="00D6661A">
        <w:t>Profesión u oficio y ocupación actual: ______________________________________</w:t>
      </w:r>
    </w:p>
    <w:p w14:paraId="264EE533" w14:textId="6E7164AA" w:rsidR="00547C55" w:rsidRPr="00D6661A" w:rsidRDefault="00000000" w:rsidP="00D6661A">
      <w:pPr>
        <w:pStyle w:val="Listaconvietas"/>
        <w:spacing w:line="360" w:lineRule="auto"/>
      </w:pPr>
      <w:r w:rsidRPr="00D6661A">
        <w:t>PROGRAMA AL CUAL POSTULA: ___________________________________________</w:t>
      </w:r>
      <w:r w:rsidR="00547C55" w:rsidRPr="00D6661A">
        <w:br/>
      </w:r>
    </w:p>
    <w:p w14:paraId="5DC7B24A" w14:textId="24671570" w:rsidR="00022CF6" w:rsidRPr="00D6661A" w:rsidRDefault="00000000">
      <w:r w:rsidRPr="00D6661A">
        <w:rPr>
          <w:b/>
          <w:sz w:val="24"/>
        </w:rPr>
        <w:t>DOCUMENTOS PARA ADJUNTAR</w:t>
      </w:r>
      <w:r w:rsidR="00D6661A" w:rsidRPr="00D6661A">
        <w:rPr>
          <w:b/>
          <w:sz w:val="24"/>
        </w:rPr>
        <w:t xml:space="preserve">: </w:t>
      </w:r>
    </w:p>
    <w:p w14:paraId="6E7ABCBC" w14:textId="1F8E8396" w:rsidR="00D6661A" w:rsidRPr="00D6661A" w:rsidRDefault="00D6661A" w:rsidP="00D6661A">
      <w:pPr>
        <w:pStyle w:val="Listaconvietas"/>
      </w:pPr>
      <w:proofErr w:type="spellStart"/>
      <w:r w:rsidRPr="00D6661A">
        <w:t>Puntaje</w:t>
      </w:r>
      <w:proofErr w:type="spellEnd"/>
      <w:r w:rsidRPr="00D6661A">
        <w:t xml:space="preserve"> PSU, PAA, PTU, PAES (</w:t>
      </w:r>
      <w:proofErr w:type="spellStart"/>
      <w:r w:rsidRPr="00D6661A">
        <w:t>Puede</w:t>
      </w:r>
      <w:proofErr w:type="spellEnd"/>
      <w:r w:rsidRPr="00D6661A">
        <w:t xml:space="preserve"> </w:t>
      </w:r>
      <w:proofErr w:type="spellStart"/>
      <w:r w:rsidRPr="00D6661A">
        <w:t>obtenerlo</w:t>
      </w:r>
      <w:proofErr w:type="spellEnd"/>
      <w:r w:rsidRPr="00D6661A">
        <w:t xml:space="preserve"> online </w:t>
      </w:r>
      <w:proofErr w:type="spellStart"/>
      <w:r w:rsidRPr="00D6661A">
        <w:t>aquí</w:t>
      </w:r>
      <w:proofErr w:type="spellEnd"/>
      <w:r w:rsidRPr="00D6661A">
        <w:t xml:space="preserve">: </w:t>
      </w:r>
      <w:hyperlink r:id="rId7" w:history="1">
        <w:r w:rsidRPr="00D6661A">
          <w:rPr>
            <w:rStyle w:val="Hipervnculo"/>
            <w:color w:val="auto"/>
          </w:rPr>
          <w:t>https://demre.cl/certificados/certificado-chile</w:t>
        </w:r>
      </w:hyperlink>
      <w:r w:rsidRPr="00D6661A">
        <w:t xml:space="preserve">)  </w:t>
      </w:r>
    </w:p>
    <w:p w14:paraId="510FA06A" w14:textId="4371F4DD" w:rsidR="00022CF6" w:rsidRPr="00D6661A" w:rsidRDefault="00000000">
      <w:pPr>
        <w:pStyle w:val="Listaconvietas"/>
      </w:pPr>
      <w:proofErr w:type="spellStart"/>
      <w:r w:rsidRPr="00D6661A">
        <w:t>Licencia</w:t>
      </w:r>
      <w:proofErr w:type="spellEnd"/>
      <w:r w:rsidRPr="00D6661A">
        <w:t xml:space="preserve"> de </w:t>
      </w:r>
      <w:proofErr w:type="spellStart"/>
      <w:r w:rsidRPr="00D6661A">
        <w:t>enseñanza</w:t>
      </w:r>
      <w:proofErr w:type="spellEnd"/>
      <w:r w:rsidRPr="00D6661A">
        <w:t xml:space="preserve"> media </w:t>
      </w:r>
      <w:r w:rsidR="00D6661A" w:rsidRPr="00D6661A">
        <w:t>(</w:t>
      </w:r>
      <w:proofErr w:type="spellStart"/>
      <w:r w:rsidRPr="00D6661A">
        <w:t>puede</w:t>
      </w:r>
      <w:proofErr w:type="spellEnd"/>
      <w:r w:rsidRPr="00D6661A">
        <w:t xml:space="preserve"> </w:t>
      </w:r>
      <w:proofErr w:type="spellStart"/>
      <w:r w:rsidRPr="00D6661A">
        <w:t>obtenerlo</w:t>
      </w:r>
      <w:proofErr w:type="spellEnd"/>
      <w:r w:rsidRPr="00D6661A">
        <w:t xml:space="preserve"> online </w:t>
      </w:r>
      <w:proofErr w:type="spellStart"/>
      <w:r w:rsidRPr="00D6661A">
        <w:t>aquí</w:t>
      </w:r>
      <w:proofErr w:type="spellEnd"/>
      <w:r w:rsidRPr="00D6661A">
        <w:t>:</w:t>
      </w:r>
      <w:r w:rsidR="00D6661A" w:rsidRPr="00D6661A">
        <w:t xml:space="preserve"> </w:t>
      </w:r>
      <w:hyperlink r:id="rId8" w:history="1">
        <w:r w:rsidR="00D6661A" w:rsidRPr="00D6661A">
          <w:rPr>
            <w:rStyle w:val="Hipervnculo"/>
            <w:color w:val="auto"/>
          </w:rPr>
          <w:t>https://certificados.mineduc.cl/mvc/home/index</w:t>
        </w:r>
      </w:hyperlink>
      <w:r w:rsidRPr="00D6661A">
        <w:t>)</w:t>
      </w:r>
    </w:p>
    <w:p w14:paraId="7C3F06FE" w14:textId="6FFA81BB" w:rsidR="00D6661A" w:rsidRPr="00D6661A" w:rsidRDefault="00D6661A">
      <w:pPr>
        <w:pStyle w:val="Listaconvietas"/>
      </w:pPr>
      <w:r w:rsidRPr="00D6661A">
        <w:t xml:space="preserve">Carta de </w:t>
      </w:r>
      <w:proofErr w:type="spellStart"/>
      <w:r w:rsidRPr="00D6661A">
        <w:t>postulación</w:t>
      </w:r>
      <w:proofErr w:type="spellEnd"/>
      <w:r w:rsidRPr="00D6661A">
        <w:t>.</w:t>
      </w:r>
    </w:p>
    <w:p w14:paraId="1253C115" w14:textId="784FE53B" w:rsidR="00D6661A" w:rsidRPr="00D6661A" w:rsidRDefault="00D6661A" w:rsidP="00547C55">
      <w:pPr>
        <w:pStyle w:val="Listaconvietas"/>
      </w:pPr>
      <w:r w:rsidRPr="00D6661A">
        <w:t xml:space="preserve">Foto </w:t>
      </w:r>
      <w:proofErr w:type="spellStart"/>
      <w:r w:rsidRPr="00D6661A">
        <w:t>documento</w:t>
      </w:r>
      <w:proofErr w:type="spellEnd"/>
      <w:r w:rsidRPr="00D6661A">
        <w:t xml:space="preserve"> de </w:t>
      </w:r>
      <w:proofErr w:type="spellStart"/>
      <w:r w:rsidRPr="00D6661A">
        <w:t>identidad</w:t>
      </w:r>
      <w:proofErr w:type="spellEnd"/>
      <w:r w:rsidRPr="00D6661A">
        <w:t>.</w:t>
      </w:r>
    </w:p>
    <w:p w14:paraId="2538D4E4" w14:textId="77777777" w:rsidR="00547C55" w:rsidRPr="00D6661A" w:rsidRDefault="00547C55" w:rsidP="00547C55">
      <w:pPr>
        <w:pStyle w:val="Listaconvietas"/>
        <w:numPr>
          <w:ilvl w:val="0"/>
          <w:numId w:val="0"/>
        </w:numPr>
        <w:ind w:left="360"/>
      </w:pPr>
    </w:p>
    <w:p w14:paraId="497E98A0" w14:textId="77777777" w:rsidR="00022CF6" w:rsidRPr="00D6661A" w:rsidRDefault="00000000">
      <w:r w:rsidRPr="00D6661A">
        <w:rPr>
          <w:b/>
          <w:sz w:val="24"/>
        </w:rPr>
        <w:t>DOCUMENTOS PARA ADJUNTAR para técnicos o profesionales de la salud:</w:t>
      </w:r>
    </w:p>
    <w:p w14:paraId="13FA852A" w14:textId="77777777" w:rsidR="006B5DFF" w:rsidRPr="00D6661A" w:rsidRDefault="006B5DFF" w:rsidP="006B5DFF">
      <w:pPr>
        <w:pStyle w:val="Listaconvietas"/>
      </w:pPr>
      <w:proofErr w:type="spellStart"/>
      <w:r w:rsidRPr="00D6661A">
        <w:t>Puntaje</w:t>
      </w:r>
      <w:proofErr w:type="spellEnd"/>
      <w:r w:rsidRPr="00D6661A">
        <w:t xml:space="preserve"> PSU, PAA, PTU, PAES (</w:t>
      </w:r>
      <w:proofErr w:type="spellStart"/>
      <w:r w:rsidRPr="00D6661A">
        <w:t>Puede</w:t>
      </w:r>
      <w:proofErr w:type="spellEnd"/>
      <w:r w:rsidRPr="00D6661A">
        <w:t xml:space="preserve"> </w:t>
      </w:r>
      <w:proofErr w:type="spellStart"/>
      <w:r w:rsidRPr="00D6661A">
        <w:t>obtenerlo</w:t>
      </w:r>
      <w:proofErr w:type="spellEnd"/>
      <w:r w:rsidRPr="00D6661A">
        <w:t xml:space="preserve"> online </w:t>
      </w:r>
      <w:proofErr w:type="spellStart"/>
      <w:r w:rsidRPr="00D6661A">
        <w:t>aquí</w:t>
      </w:r>
      <w:proofErr w:type="spellEnd"/>
      <w:r w:rsidRPr="00D6661A">
        <w:t xml:space="preserve">: </w:t>
      </w:r>
      <w:hyperlink r:id="rId9" w:history="1">
        <w:r w:rsidRPr="00D6661A">
          <w:rPr>
            <w:rStyle w:val="Hipervnculo"/>
            <w:color w:val="auto"/>
          </w:rPr>
          <w:t>https://demre.cl/certificados/certificado-chile</w:t>
        </w:r>
      </w:hyperlink>
      <w:r w:rsidRPr="00D6661A">
        <w:t xml:space="preserve">)  </w:t>
      </w:r>
    </w:p>
    <w:p w14:paraId="7F87EB29" w14:textId="77777777" w:rsidR="00022CF6" w:rsidRPr="00D6661A" w:rsidRDefault="00000000">
      <w:pPr>
        <w:pStyle w:val="Listaconvietas"/>
      </w:pPr>
      <w:proofErr w:type="spellStart"/>
      <w:r w:rsidRPr="00D6661A">
        <w:t>Título</w:t>
      </w:r>
      <w:proofErr w:type="spellEnd"/>
      <w:r w:rsidRPr="00D6661A">
        <w:t xml:space="preserve"> </w:t>
      </w:r>
      <w:proofErr w:type="spellStart"/>
      <w:r w:rsidRPr="00D6661A">
        <w:t>técnico</w:t>
      </w:r>
      <w:proofErr w:type="spellEnd"/>
      <w:r w:rsidRPr="00D6661A">
        <w:t xml:space="preserve"> </w:t>
      </w:r>
      <w:proofErr w:type="spellStart"/>
      <w:r w:rsidRPr="00D6661A">
        <w:t>en</w:t>
      </w:r>
      <w:proofErr w:type="spellEnd"/>
      <w:r w:rsidRPr="00D6661A">
        <w:t xml:space="preserve"> </w:t>
      </w:r>
      <w:proofErr w:type="spellStart"/>
      <w:r w:rsidRPr="00D6661A">
        <w:t>el</w:t>
      </w:r>
      <w:proofErr w:type="spellEnd"/>
      <w:r w:rsidRPr="00D6661A">
        <w:t xml:space="preserve"> área de la salud, diploma y/o certificación.</w:t>
      </w:r>
    </w:p>
    <w:p w14:paraId="1C55800E" w14:textId="77777777" w:rsidR="00022CF6" w:rsidRPr="00D6661A" w:rsidRDefault="00000000">
      <w:pPr>
        <w:pStyle w:val="Listaconvietas"/>
      </w:pPr>
      <w:r w:rsidRPr="00D6661A">
        <w:t xml:space="preserve">Título profesional en el </w:t>
      </w:r>
      <w:proofErr w:type="spellStart"/>
      <w:r w:rsidRPr="00D6661A">
        <w:t>área</w:t>
      </w:r>
      <w:proofErr w:type="spellEnd"/>
      <w:r w:rsidRPr="00D6661A">
        <w:t xml:space="preserve"> de la </w:t>
      </w:r>
      <w:proofErr w:type="spellStart"/>
      <w:r w:rsidRPr="00D6661A">
        <w:t>salud</w:t>
      </w:r>
      <w:proofErr w:type="spellEnd"/>
      <w:r w:rsidRPr="00D6661A">
        <w:t xml:space="preserve">, diploma </w:t>
      </w:r>
      <w:proofErr w:type="spellStart"/>
      <w:r w:rsidRPr="00D6661A">
        <w:t>legalizado</w:t>
      </w:r>
      <w:proofErr w:type="spellEnd"/>
      <w:r w:rsidRPr="00D6661A">
        <w:t>.</w:t>
      </w:r>
    </w:p>
    <w:p w14:paraId="7D122F3C" w14:textId="758FA698" w:rsidR="00D6661A" w:rsidRPr="00D6661A" w:rsidRDefault="00D6661A">
      <w:pPr>
        <w:pStyle w:val="Listaconvietas"/>
      </w:pPr>
      <w:r w:rsidRPr="00D6661A">
        <w:t xml:space="preserve">Carta de </w:t>
      </w:r>
      <w:proofErr w:type="spellStart"/>
      <w:r w:rsidRPr="00D6661A">
        <w:t>postulación</w:t>
      </w:r>
      <w:proofErr w:type="spellEnd"/>
      <w:r w:rsidRPr="00D6661A">
        <w:t>.</w:t>
      </w:r>
    </w:p>
    <w:p w14:paraId="171E4BD1" w14:textId="22BB5538" w:rsidR="00022CF6" w:rsidRDefault="00D6661A" w:rsidP="00D6661A">
      <w:pPr>
        <w:pStyle w:val="Listaconvietas"/>
      </w:pPr>
      <w:r w:rsidRPr="00D6661A">
        <w:t xml:space="preserve">Foto </w:t>
      </w:r>
      <w:proofErr w:type="spellStart"/>
      <w:r w:rsidRPr="00D6661A">
        <w:t>documento</w:t>
      </w:r>
      <w:proofErr w:type="spellEnd"/>
      <w:r w:rsidRPr="00D6661A">
        <w:t xml:space="preserve"> de </w:t>
      </w:r>
      <w:proofErr w:type="spellStart"/>
      <w:r w:rsidRPr="00D6661A">
        <w:t>identidad</w:t>
      </w:r>
      <w:proofErr w:type="spellEnd"/>
      <w:r w:rsidRPr="00D6661A">
        <w:t>.</w:t>
      </w:r>
    </w:p>
    <w:p w14:paraId="131BCAAF" w14:textId="77777777" w:rsidR="00D6661A" w:rsidRPr="00D6661A" w:rsidRDefault="00D6661A" w:rsidP="00D6661A">
      <w:pPr>
        <w:pStyle w:val="Listaconvietas"/>
        <w:numPr>
          <w:ilvl w:val="0"/>
          <w:numId w:val="0"/>
        </w:numPr>
        <w:ind w:left="360"/>
      </w:pPr>
    </w:p>
    <w:p w14:paraId="004F4348" w14:textId="2C3B6814" w:rsidR="00022CF6" w:rsidRPr="00D6661A" w:rsidRDefault="00000000">
      <w:pPr>
        <w:jc w:val="both"/>
      </w:pPr>
      <w:r w:rsidRPr="00D6661A">
        <w:rPr>
          <w:b/>
        </w:rPr>
        <w:t xml:space="preserve">NOTA: </w:t>
      </w:r>
      <w:r w:rsidRPr="00D6661A">
        <w:t xml:space="preserve">Todos los postulantes deben adjuntar </w:t>
      </w:r>
      <w:r w:rsidRPr="00D6661A">
        <w:rPr>
          <w:b/>
          <w:bCs/>
        </w:rPr>
        <w:t>Carta de Postulación</w:t>
      </w:r>
      <w:r w:rsidRPr="00D6661A">
        <w:t xml:space="preserve"> de máximo 500 palabras en archivo Word. Esta carta es para fundamentar su intención de ingresar a nuestra escuela. </w:t>
      </w:r>
      <w:r w:rsidR="00D6661A">
        <w:br/>
      </w:r>
      <w:r w:rsidRPr="00D6661A">
        <w:t xml:space="preserve">Todos </w:t>
      </w:r>
      <w:proofErr w:type="spellStart"/>
      <w:r w:rsidRPr="00D6661A">
        <w:t>los</w:t>
      </w:r>
      <w:proofErr w:type="spellEnd"/>
      <w:r w:rsidRPr="00D6661A">
        <w:t xml:space="preserve"> </w:t>
      </w:r>
      <w:proofErr w:type="spellStart"/>
      <w:r w:rsidRPr="00D6661A">
        <w:t>documentos</w:t>
      </w:r>
      <w:proofErr w:type="spellEnd"/>
      <w:r w:rsidRPr="00D6661A">
        <w:t xml:space="preserve"> que se indican en esta ficha para cada caso, más la ficha completada con sus datos personales deben ser enviados al correo </w:t>
      </w:r>
      <w:r w:rsidRPr="00D6661A">
        <w:rPr>
          <w:b/>
          <w:bCs/>
        </w:rPr>
        <w:t>contacto@ilpa.cl</w:t>
      </w:r>
    </w:p>
    <w:sectPr w:rsidR="00022CF6" w:rsidRPr="00D6661A" w:rsidSect="00547C55"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996638575">
    <w:abstractNumId w:val="8"/>
  </w:num>
  <w:num w:numId="2" w16cid:durableId="1205825277">
    <w:abstractNumId w:val="6"/>
  </w:num>
  <w:num w:numId="3" w16cid:durableId="1173760200">
    <w:abstractNumId w:val="5"/>
  </w:num>
  <w:num w:numId="4" w16cid:durableId="481434165">
    <w:abstractNumId w:val="4"/>
  </w:num>
  <w:num w:numId="5" w16cid:durableId="18826147">
    <w:abstractNumId w:val="7"/>
  </w:num>
  <w:num w:numId="6" w16cid:durableId="558132257">
    <w:abstractNumId w:val="3"/>
  </w:num>
  <w:num w:numId="7" w16cid:durableId="797718343">
    <w:abstractNumId w:val="2"/>
  </w:num>
  <w:num w:numId="8" w16cid:durableId="1657995667">
    <w:abstractNumId w:val="1"/>
  </w:num>
  <w:num w:numId="9" w16cid:durableId="17327322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22CF6"/>
    <w:rsid w:val="00034616"/>
    <w:rsid w:val="0006063C"/>
    <w:rsid w:val="0015074B"/>
    <w:rsid w:val="0029639D"/>
    <w:rsid w:val="00326F90"/>
    <w:rsid w:val="00547C55"/>
    <w:rsid w:val="006B5DFF"/>
    <w:rsid w:val="00AA1D8D"/>
    <w:rsid w:val="00B47730"/>
    <w:rsid w:val="00CB0664"/>
    <w:rsid w:val="00D6661A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89664F5"/>
  <w14:defaultImageDpi w14:val="300"/>
  <w15:docId w15:val="{BD2C69EF-C143-405D-89F8-613899B845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hAnsi="Arial"/>
    </w:rPr>
  </w:style>
  <w:style w:type="paragraph" w:styleId="Ttulo1">
    <w:name w:val="heading 1"/>
    <w:basedOn w:val="Normal"/>
    <w:next w:val="Normal"/>
    <w:link w:val="Ttulo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18BF"/>
  </w:style>
  <w:style w:type="paragraph" w:styleId="Piedepgina">
    <w:name w:val="footer"/>
    <w:basedOn w:val="Normal"/>
    <w:link w:val="Piedepgina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8BF"/>
  </w:style>
  <w:style w:type="paragraph" w:styleId="Sinespaciad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AA1D8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A1D8D"/>
  </w:style>
  <w:style w:type="paragraph" w:styleId="Textoindependiente2">
    <w:name w:val="Body Text 2"/>
    <w:basedOn w:val="Normal"/>
    <w:link w:val="Textoindependiente2Car"/>
    <w:uiPriority w:val="99"/>
    <w:unhideWhenUsed/>
    <w:rsid w:val="00AA1D8D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AA1D8D"/>
  </w:style>
  <w:style w:type="paragraph" w:styleId="Textoindependiente3">
    <w:name w:val="Body Text 3"/>
    <w:basedOn w:val="Normal"/>
    <w:link w:val="Textoindependien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connme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connme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connme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Continuarlist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macro">
    <w:name w:val="macro"/>
    <w:link w:val="Texto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rsid w:val="0029639D"/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FC693F"/>
    <w:rPr>
      <w:i/>
      <w:i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Textoennegrita">
    <w:name w:val="Strong"/>
    <w:basedOn w:val="Fuentedeprrafopredeter"/>
    <w:uiPriority w:val="22"/>
    <w:qFormat/>
    <w:rsid w:val="00FC693F"/>
    <w:rPr>
      <w:b/>
      <w:bCs/>
    </w:rPr>
  </w:style>
  <w:style w:type="character" w:styleId="nfasis">
    <w:name w:val="Emphasis"/>
    <w:basedOn w:val="Fuentedeprrafopredeter"/>
    <w:uiPriority w:val="20"/>
    <w:qFormat/>
    <w:rsid w:val="00FC693F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693F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C693F"/>
    <w:rPr>
      <w:b/>
      <w:bCs/>
      <w:smallCaps/>
      <w:spacing w:val="5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laconcuadrcula">
    <w:name w:val="Table Grid"/>
    <w:basedOn w:val="Tab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">
    <w:name w:val="Light Grid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edio1">
    <w:name w:val="Medium Shading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vistosa">
    <w:name w:val="Colorful Grid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ipervnculo">
    <w:name w:val="Hyperlink"/>
    <w:basedOn w:val="Fuentedeprrafopredeter"/>
    <w:uiPriority w:val="99"/>
    <w:unhideWhenUsed/>
    <w:rsid w:val="00547C55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547C5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ertificados.mineduc.cl/mvc/home/index" TargetMode="External"/><Relationship Id="rId3" Type="http://schemas.openxmlformats.org/officeDocument/2006/relationships/styles" Target="styles.xml"/><Relationship Id="rId7" Type="http://schemas.openxmlformats.org/officeDocument/2006/relationships/hyperlink" Target="https://demre.cl/certificados/certificado-chile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demre.cl/certificados/certificado-chi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383</Words>
  <Characters>2110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2489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karen riveros</cp:lastModifiedBy>
  <cp:revision>4</cp:revision>
  <dcterms:created xsi:type="dcterms:W3CDTF">2026-07-09T20:16:00Z</dcterms:created>
  <dcterms:modified xsi:type="dcterms:W3CDTF">2026-07-17T19:02:00Z</dcterms:modified>
  <cp:category/>
</cp:coreProperties>
</file>